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F44" w:rsidRDefault="00F12305">
      <w:pPr>
        <w:jc w:val="center"/>
      </w:pPr>
      <w:r>
        <w:rPr>
          <w:b/>
          <w:sz w:val="30"/>
        </w:rPr>
        <w:t>COHIBA PHARMACEUTICALS PVT. LTD.</w:t>
      </w:r>
    </w:p>
    <w:p w:rsidR="00C26F44" w:rsidRDefault="00F12305">
      <w:pPr>
        <w:jc w:val="center"/>
      </w:pPr>
      <w:r>
        <w:rPr>
          <w:b/>
          <w:sz w:val="24"/>
        </w:rPr>
        <w:t>ADVERSE DRUG REACTION (ADR) REPORTING FORM</w:t>
      </w:r>
    </w:p>
    <w:p w:rsidR="00C26F44" w:rsidRDefault="00F12305">
      <w:pPr>
        <w:jc w:val="center"/>
      </w:pPr>
      <w:r>
        <w:t>Printable / Postal Reporting Form — Please tick (☐) the appropriate boxes and provide as much information as possible.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1. TYPE OF REPORT / EVENT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Adverse Event / Side Effect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</w:t>
            </w:r>
            <w:r>
              <w:t>Pregnancy / Lactation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Overdose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Lack of Efficacy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Product Complaint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☐</w:t>
            </w:r>
            <w:r>
              <w:t xml:space="preserve"> Other: ______________________________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2. PATIENT INFORMATION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Patient Name / Initials: 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Gender / Sex: ☐ Male  ☐ Female  ☐ Other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 xml:space="preserve">Age: </w:t>
            </w:r>
            <w:r>
              <w:t>_____</w:t>
            </w:r>
            <w:r w:rsidR="009F1231">
              <w:t xml:space="preserve">_____________ </w:t>
            </w:r>
            <w:bookmarkStart w:id="0" w:name="_GoBack"/>
            <w:bookmarkEnd w:id="0"/>
          </w:p>
        </w:tc>
        <w:tc>
          <w:tcPr>
            <w:tcW w:w="5400" w:type="dxa"/>
            <w:vAlign w:val="center"/>
          </w:tcPr>
          <w:p w:rsidR="00C26F44" w:rsidRDefault="00F12305">
            <w:r>
              <w:t>Age Group: ☐ Newborn  ☐ Infant  ☐ Child  ☐ Adolescent  ☐ Adult  ☐ Elderly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Patient ID / Hospital / OPD No. (if available): 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Weight (kg): 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Height (cm): __________</w:t>
            </w:r>
            <w:r>
              <w:t>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Date of Birth: 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Pregnant: ☐ Yes  ☐ No  ☐ Unknown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Lactating: ☐ Yes  ☐ No  ☐ Unknown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3. DETAILS OF ADVERSE EVENT / REACTION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Date event/reaction started: _________________________________________________</w:t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Date event/reaction stopped (if applicable): _________________________________</w:t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Describe the event / symptoms / signs / diagnosis:</w:t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br/>
            </w:r>
            <w:r>
              <w:br/>
            </w:r>
            <w:r>
              <w:br/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Current status / outcome: ☐ Complete Recovery   ☐ Ongoing   ☐ Recovering   ☐ Unknown   ☐ Died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4. SUSPECTED DRUG / PROD</w:t>
            </w:r>
            <w:r>
              <w:rPr>
                <w:b/>
                <w:sz w:val="20"/>
              </w:rPr>
              <w:t>UCT DETAILS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Name of Drug / Product: 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Brand Name: _________________________________________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Indication / Reason for Use: 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Dosage / Unit / Frequency: 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 xml:space="preserve">Route of </w:t>
            </w:r>
            <w:r>
              <w:t>Administration: 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Treatment Start Date: 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Treatment End Date: 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Lot / Batch No.: 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Expiry Date: ___________________________</w:t>
            </w:r>
            <w:r>
              <w:t>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Manufacturer (if known): 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Was the drug stopped? ☐ Yes  ☐ No  ☐ Unknown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Did the event improve after stopping? ☐ Yes  ☐ No  ☐ Unknown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Was the drug restarted/rechallenged? ☐ Yes  ☐ No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If yes, what happened? _____</w:t>
            </w:r>
            <w:r>
              <w:t>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Product photo / batch details attached: ☐ Yes  ☐ No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Any other relevant product information: _______________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5. CONCOMITANT MEDICINES / OTHER PRODUCTS</w:t>
            </w:r>
          </w:p>
        </w:tc>
      </w:tr>
    </w:tbl>
    <w:p w:rsidR="00C26F44" w:rsidRDefault="00F12305">
      <w:r>
        <w:t xml:space="preserve">Please include other prescription/OTC medicines, supplements, herbal </w:t>
      </w:r>
      <w:r>
        <w:t>products, etc.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C26F44">
        <w:trPr>
          <w:jc w:val="center"/>
        </w:trPr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S. No.</w:t>
            </w:r>
          </w:p>
        </w:tc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Medicine / Product</w:t>
            </w:r>
          </w:p>
        </w:tc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Dose</w:t>
            </w:r>
          </w:p>
        </w:tc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Frequency</w:t>
            </w:r>
          </w:p>
        </w:tc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Route</w:t>
            </w:r>
          </w:p>
        </w:tc>
        <w:tc>
          <w:tcPr>
            <w:tcW w:w="1800" w:type="dxa"/>
            <w:vAlign w:val="center"/>
          </w:tcPr>
          <w:p w:rsidR="00C26F44" w:rsidRDefault="00F12305">
            <w:r>
              <w:rPr>
                <w:b/>
              </w:rPr>
              <w:t>Start / Stop Dates</w:t>
            </w:r>
          </w:p>
        </w:tc>
      </w:tr>
      <w:tr w:rsidR="00C26F44">
        <w:trPr>
          <w:jc w:val="center"/>
        </w:trPr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</w:tr>
      <w:tr w:rsidR="00C26F44">
        <w:trPr>
          <w:jc w:val="center"/>
        </w:trPr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</w:tr>
      <w:tr w:rsidR="00C26F44">
        <w:trPr>
          <w:jc w:val="center"/>
        </w:trPr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  <w:tc>
          <w:tcPr>
            <w:tcW w:w="1800" w:type="dxa"/>
          </w:tcPr>
          <w:p w:rsidR="00C26F44" w:rsidRDefault="00C26F44"/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6. RELEVANT MEDICAL HISTORY / INVESTIGATIONS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Known diseases / allergies / previous similar reactions / pregnancy / other relevant history:</w:t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br/>
            </w:r>
            <w:r>
              <w:br/>
            </w:r>
          </w:p>
        </w:tc>
      </w:tr>
      <w:tr w:rsidR="00C26F44">
        <w:trPr>
          <w:jc w:val="center"/>
        </w:trPr>
        <w:tc>
          <w:tcPr>
            <w:tcW w:w="10800" w:type="dxa"/>
            <w:vAlign w:val="center"/>
          </w:tcPr>
          <w:p w:rsidR="00C26F44" w:rsidRDefault="00F12305">
            <w:r>
              <w:t>Relevant</w:t>
            </w:r>
            <w:r>
              <w:t xml:space="preserve"> laboratory / diagnostic investigations and results:</w:t>
            </w:r>
            <w:r>
              <w:br/>
            </w:r>
            <w:r>
              <w:br/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7. REPORTER INFORMATION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First Name: _________________________________________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Last Name: __________________________________________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lastRenderedPageBreak/>
              <w:t>Address: ____________________________________________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City: ______</w:t>
            </w:r>
            <w:r>
              <w:t>_________________________________________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State: ______________________________________________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PIN / ZIP: ___________________________________________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Country: _____________________________________________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 xml:space="preserve">Mobile: </w:t>
            </w:r>
            <w:r>
              <w:t>______________________________________________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Email: _______________________________________________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Relationship with patient: 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Are you also the patient?  ☐ Yes  ☐ No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Reporter signature: _________________________________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F12305">
            <w:r>
              <w:t>Da</w:t>
            </w:r>
            <w:r>
              <w:t>te of reporting: ___________________________________</w:t>
            </w:r>
          </w:p>
        </w:tc>
        <w:tc>
          <w:tcPr>
            <w:tcW w:w="5400" w:type="dxa"/>
            <w:vAlign w:val="center"/>
          </w:tcPr>
          <w:p w:rsidR="00C26F44" w:rsidRDefault="00F12305">
            <w:r>
              <w:t>Preferred contact method: ☐ Mobile  ☐ Email  ☐ Post</w:t>
            </w:r>
          </w:p>
        </w:tc>
      </w:tr>
      <w:tr w:rsidR="00C26F44">
        <w:trPr>
          <w:jc w:val="center"/>
        </w:trPr>
        <w:tc>
          <w:tcPr>
            <w:tcW w:w="5400" w:type="dxa"/>
            <w:vAlign w:val="center"/>
          </w:tcPr>
          <w:p w:rsidR="00C26F44" w:rsidRDefault="00C26F44"/>
        </w:tc>
        <w:tc>
          <w:tcPr>
            <w:tcW w:w="5400" w:type="dxa"/>
            <w:vAlign w:val="center"/>
          </w:tcPr>
          <w:p w:rsidR="00C26F44" w:rsidRDefault="00C26F44"/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8. DECLARATION / CONSENT</w:t>
            </w:r>
          </w:p>
        </w:tc>
      </w:tr>
    </w:tbl>
    <w:p w:rsidR="00C26F44" w:rsidRDefault="00F12305">
      <w:r>
        <w:t xml:space="preserve">I confirm that the information provided in this form is accurate to the best of my knowledge. I understand that the </w:t>
      </w:r>
      <w:r>
        <w:t>information may be used for pharmacovigilance and drug-safety assessment. Patient and reporter information will be handled confidentially.</w:t>
      </w:r>
    </w:p>
    <w:p w:rsidR="00C26F44" w:rsidRDefault="00F12305">
      <w:r>
        <w:t>Consent to be contacted for additional information:  ☐ Yes  ☐ No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9. SUBMISSION TO COHIBA PHARMACEUTICALS</w:t>
            </w:r>
          </w:p>
        </w:tc>
      </w:tr>
    </w:tbl>
    <w:p w:rsidR="00C26F44" w:rsidRDefault="00F12305">
      <w:r>
        <w:rPr>
          <w:b/>
        </w:rPr>
        <w:t>Please send</w:t>
      </w:r>
      <w:r>
        <w:rPr>
          <w:b/>
        </w:rPr>
        <w:t xml:space="preserve"> the completed and signed form by post or email:</w:t>
      </w:r>
    </w:p>
    <w:p w:rsidR="00C26F44" w:rsidRDefault="00F12305">
      <w:r>
        <w:t>Cohiba Pharmaceuticals Pvt. Ltd.</w:t>
      </w:r>
      <w:r>
        <w:br/>
        <w:t>Pharmacovigilance / ADR Coordinator</w:t>
      </w:r>
      <w:r>
        <w:br/>
        <w:t>Email: cohibapharma@gmail.com</w:t>
      </w:r>
      <w:r>
        <w:br/>
        <w:t>Postal Address: ________________________________________________</w:t>
      </w:r>
      <w:r>
        <w:br/>
        <w:t>___________________________________________</w:t>
      </w:r>
      <w:r>
        <w:t>____________________</w:t>
      </w:r>
    </w:p>
    <w:p w:rsidR="00C26F44" w:rsidRDefault="00F12305">
      <w:r>
        <w:t>You may attach a copy/photo of the product pack, batch number, prescription, laboratory report or other relevant documents, if available.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26F44">
        <w:trPr>
          <w:jc w:val="center"/>
        </w:trPr>
        <w:tc>
          <w:tcPr>
            <w:tcW w:w="10800" w:type="dxa"/>
            <w:shd w:val="clear" w:color="auto" w:fill="D9EAF7"/>
          </w:tcPr>
          <w:p w:rsidR="00C26F44" w:rsidRDefault="00F12305">
            <w:r>
              <w:rPr>
                <w:b/>
                <w:sz w:val="20"/>
              </w:rPr>
              <w:t>FOR COHIBA PHARMACEUTICALS – OFFICE USE ONLY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700"/>
      </w:tblGrid>
      <w:tr w:rsidR="00C26F44">
        <w:trPr>
          <w:jc w:val="center"/>
        </w:trPr>
        <w:tc>
          <w:tcPr>
            <w:tcW w:w="2700" w:type="dxa"/>
            <w:vAlign w:val="center"/>
          </w:tcPr>
          <w:p w:rsidR="00C26F44" w:rsidRDefault="00F12305">
            <w:r>
              <w:t>Case ID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Date Received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Received By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Source</w:t>
            </w:r>
          </w:p>
        </w:tc>
      </w:tr>
      <w:tr w:rsidR="00C26F44">
        <w:trPr>
          <w:jc w:val="center"/>
        </w:trPr>
        <w:tc>
          <w:tcPr>
            <w:tcW w:w="2700" w:type="dxa"/>
            <w:vAlign w:val="center"/>
          </w:tcPr>
          <w:p w:rsidR="00C26F44" w:rsidRDefault="00F12305">
            <w:r>
              <w:br/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br/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br/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br/>
            </w:r>
          </w:p>
        </w:tc>
      </w:tr>
      <w:tr w:rsidR="00C26F44">
        <w:trPr>
          <w:jc w:val="center"/>
        </w:trPr>
        <w:tc>
          <w:tcPr>
            <w:tcW w:w="2700" w:type="dxa"/>
            <w:vAlign w:val="center"/>
          </w:tcPr>
          <w:p w:rsidR="00C26F44" w:rsidRDefault="00F12305">
            <w:r>
              <w:t>Initial Assessment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Seriousness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Follow-up Required</w:t>
            </w:r>
          </w:p>
        </w:tc>
        <w:tc>
          <w:tcPr>
            <w:tcW w:w="2700" w:type="dxa"/>
            <w:vAlign w:val="center"/>
          </w:tcPr>
          <w:p w:rsidR="00C26F44" w:rsidRDefault="00F12305">
            <w:r>
              <w:t>Closed Date</w:t>
            </w:r>
          </w:p>
        </w:tc>
      </w:tr>
    </w:tbl>
    <w:p w:rsidR="00F12305" w:rsidRDefault="00F12305"/>
    <w:sectPr w:rsidR="00F12305" w:rsidSect="00034616">
      <w:footerReference w:type="default" r:id="rId8"/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305" w:rsidRDefault="00F12305">
      <w:pPr>
        <w:spacing w:after="0" w:line="240" w:lineRule="auto"/>
      </w:pPr>
      <w:r>
        <w:separator/>
      </w:r>
    </w:p>
  </w:endnote>
  <w:endnote w:type="continuationSeparator" w:id="0">
    <w:p w:rsidR="00F12305" w:rsidRDefault="00F1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44" w:rsidRDefault="00F12305">
    <w:pPr>
      <w:pStyle w:val="Footer"/>
      <w:jc w:val="center"/>
    </w:pPr>
    <w:r>
      <w:rPr>
        <w:sz w:val="16"/>
      </w:rPr>
      <w:t>Cohiba Pharmaceuticals Pvt. Ltd. | ADR Reporting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305" w:rsidRDefault="00F12305">
      <w:pPr>
        <w:spacing w:after="0" w:line="240" w:lineRule="auto"/>
      </w:pPr>
      <w:r>
        <w:separator/>
      </w:r>
    </w:p>
  </w:footnote>
  <w:footnote w:type="continuationSeparator" w:id="0">
    <w:p w:rsidR="00F12305" w:rsidRDefault="00F12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F1231"/>
    <w:rsid w:val="00AA1D8D"/>
    <w:rsid w:val="00B47730"/>
    <w:rsid w:val="00C26F44"/>
    <w:rsid w:val="00CB0664"/>
    <w:rsid w:val="00F123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B851E18-FFBD-4255-AD34-300885C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28A361-E028-4A2A-8F4D-2903613D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2013-12-23T23:15:00Z</dcterms:created>
  <dcterms:modified xsi:type="dcterms:W3CDTF">2026-08-08T08:26:00Z</dcterms:modified>
  <cp:category/>
</cp:coreProperties>
</file>